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EB2C" w14:textId="77777777" w:rsidR="009851DE" w:rsidRDefault="00292537">
      <w:pPr>
        <w:pStyle w:val="Heading1"/>
      </w:pPr>
      <w:r>
        <w:t>Quarterly Issues Report</w:t>
      </w:r>
    </w:p>
    <w:p w14:paraId="491FCFED" w14:textId="77777777" w:rsidR="009851DE" w:rsidRDefault="00292537">
      <w:r>
        <w:t>April 1, 2026 – June 30, 2026</w:t>
      </w:r>
      <w:r>
        <w:br/>
      </w:r>
      <w:r>
        <w:rPr>
          <w:b/>
        </w:rPr>
        <w:t>Program: Montana Talks / Community Viewpoint</w:t>
      </w:r>
      <w:r>
        <w:rPr>
          <w:b/>
        </w:rPr>
        <w:br/>
      </w:r>
      <w:r>
        <w:t>Program Format: Interview / Public Affairs</w:t>
      </w:r>
      <w:r>
        <w:br/>
        <w:t>Content Duration: ~28 minutes</w:t>
      </w:r>
      <w:r>
        <w:br/>
      </w:r>
      <w:r>
        <w:br/>
      </w:r>
    </w:p>
    <w:p w14:paraId="647881E0" w14:textId="77777777" w:rsidR="009851DE" w:rsidRDefault="00292537">
      <w:r>
        <w:rPr>
          <w:b/>
        </w:rPr>
        <w:t xml:space="preserve">Date Aired: </w:t>
      </w:r>
      <w:r>
        <w:t>04-04-26</w:t>
      </w:r>
    </w:p>
    <w:p w14:paraId="7E1B52DA" w14:textId="77777777" w:rsidR="009851DE" w:rsidRDefault="00292537">
      <w:r>
        <w:t>Network Time Aired: Weekend Community Viewpoint Broadcast</w:t>
      </w:r>
    </w:p>
    <w:p w14:paraId="79466549" w14:textId="77777777" w:rsidR="009851DE" w:rsidRDefault="00292537">
      <w:r>
        <w:t>Content Duration: ~28 minutes</w:t>
      </w:r>
    </w:p>
    <w:p w14:paraId="1CA89789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Montana Knife Company Expands Manufacturing in Missoula — The program examined the continued growth of Montana Knife Company and its investment in a new manufacturing facility in Missoula. Discussion focused on economic development, skilled manufacturing jobs, entrepreneurship, and the company's impact on Montana's outdoor industry and local economy.</w:t>
      </w:r>
    </w:p>
    <w:p w14:paraId="0ACA198C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Economic Development, Manufacturing, Small Business, Workforce Development</w:t>
      </w:r>
    </w:p>
    <w:p w14:paraId="0642BADF" w14:textId="77777777" w:rsidR="009851DE" w:rsidRDefault="009851DE"/>
    <w:p w14:paraId="4907BA87" w14:textId="77777777" w:rsidR="009851DE" w:rsidRDefault="00292537">
      <w:r>
        <w:rPr>
          <w:b/>
        </w:rPr>
        <w:t xml:space="preserve">Date Aired: </w:t>
      </w:r>
      <w:r>
        <w:t>04-11-26</w:t>
      </w:r>
    </w:p>
    <w:p w14:paraId="488BABC1" w14:textId="77777777" w:rsidR="009851DE" w:rsidRDefault="00292537">
      <w:r>
        <w:t>Network Time Aired: Weekend Community Viewpoint Broadcast</w:t>
      </w:r>
    </w:p>
    <w:p w14:paraId="3148D55E" w14:textId="77777777" w:rsidR="009851DE" w:rsidRDefault="00292537">
      <w:r>
        <w:t>Content Duration: ~28 minutes</w:t>
      </w:r>
    </w:p>
    <w:p w14:paraId="522E5136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Bear Smart Program Promotes Public Safety — Guests discussed Missoula's Bear Smart program, emphasizing wildlife education, conflict prevention, and practical steps residents can take to reduce human-bear encounters.</w:t>
      </w:r>
    </w:p>
    <w:p w14:paraId="55EE6B31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Wildlife Management, Public Safety, Education</w:t>
      </w:r>
    </w:p>
    <w:p w14:paraId="36932A31" w14:textId="77777777" w:rsidR="009851DE" w:rsidRDefault="009851DE"/>
    <w:p w14:paraId="46C66926" w14:textId="77777777" w:rsidR="009851DE" w:rsidRDefault="00292537">
      <w:r>
        <w:rPr>
          <w:b/>
        </w:rPr>
        <w:t xml:space="preserve">Date Aired: </w:t>
      </w:r>
      <w:r>
        <w:t>04-18-26</w:t>
      </w:r>
    </w:p>
    <w:p w14:paraId="44BCBE5B" w14:textId="77777777" w:rsidR="009851DE" w:rsidRDefault="00292537">
      <w:r>
        <w:t>Network Time Aired: Weekend Community Viewpoint Broadcast</w:t>
      </w:r>
    </w:p>
    <w:p w14:paraId="17DF83F3" w14:textId="77777777" w:rsidR="009851DE" w:rsidRDefault="00292537">
      <w:r>
        <w:lastRenderedPageBreak/>
        <w:t>Content Duration: ~28 minutes</w:t>
      </w:r>
    </w:p>
    <w:p w14:paraId="74D5C16A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Outdoor Education Partnerships — State Superintendent Susie Hedalen discussed education initiatives including a partnership with onX to encourage outdoor learning and healthy lifestyles.</w:t>
      </w:r>
    </w:p>
    <w:p w14:paraId="4769EBEE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Education, Outdoor Recreation, Youth Development</w:t>
      </w:r>
    </w:p>
    <w:p w14:paraId="458CDD02" w14:textId="77777777" w:rsidR="009851DE" w:rsidRDefault="009851DE"/>
    <w:p w14:paraId="48075D82" w14:textId="77777777" w:rsidR="009851DE" w:rsidRDefault="00292537">
      <w:r>
        <w:rPr>
          <w:b/>
        </w:rPr>
        <w:t xml:space="preserve">Date Aired: </w:t>
      </w:r>
      <w:r>
        <w:t>04-25-26</w:t>
      </w:r>
    </w:p>
    <w:p w14:paraId="5D9B1E84" w14:textId="77777777" w:rsidR="009851DE" w:rsidRDefault="00292537">
      <w:r>
        <w:t>Network Time Aired: Weekend Community Viewpoint Broadcast</w:t>
      </w:r>
    </w:p>
    <w:p w14:paraId="22EE8313" w14:textId="77777777" w:rsidR="009851DE" w:rsidRDefault="00292537">
      <w:r>
        <w:t>Content Duration: ~28 minutes</w:t>
      </w:r>
    </w:p>
    <w:p w14:paraId="33273091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Consumer Protection and State Lands — State Auditor James Brown discussed insurance consumer savings and state land policies affecting public schools and recreation.</w:t>
      </w:r>
    </w:p>
    <w:p w14:paraId="017EFB27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Consumer Protection, State Government, Public Lands</w:t>
      </w:r>
    </w:p>
    <w:p w14:paraId="7F75BDCA" w14:textId="77777777" w:rsidR="009851DE" w:rsidRDefault="009851DE"/>
    <w:p w14:paraId="62FED82E" w14:textId="77777777" w:rsidR="009851DE" w:rsidRDefault="00292537">
      <w:r>
        <w:rPr>
          <w:b/>
        </w:rPr>
        <w:t xml:space="preserve">Date Aired: </w:t>
      </w:r>
      <w:r>
        <w:t>05-02-26</w:t>
      </w:r>
    </w:p>
    <w:p w14:paraId="65B8545F" w14:textId="77777777" w:rsidR="009851DE" w:rsidRDefault="00292537">
      <w:r>
        <w:t>Network Time Aired: Weekend Community Viewpoint Broadcast</w:t>
      </w:r>
    </w:p>
    <w:p w14:paraId="6B899D6C" w14:textId="77777777" w:rsidR="009851DE" w:rsidRDefault="00292537">
      <w:r>
        <w:t>Content Duration: ~28 minutes</w:t>
      </w:r>
    </w:p>
    <w:p w14:paraId="19691B11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Expanding Community Recreation — City officials highlighted new adult recreation programs developed in response to community input.</w:t>
      </w:r>
    </w:p>
    <w:p w14:paraId="70402521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Parks &amp; Recreation, Community Development, Public Health</w:t>
      </w:r>
    </w:p>
    <w:p w14:paraId="67DD478A" w14:textId="77777777" w:rsidR="009851DE" w:rsidRDefault="009851DE"/>
    <w:p w14:paraId="2F0E7058" w14:textId="77777777" w:rsidR="009851DE" w:rsidRDefault="00292537">
      <w:r>
        <w:rPr>
          <w:b/>
        </w:rPr>
        <w:t xml:space="preserve">Date Aired: </w:t>
      </w:r>
      <w:r>
        <w:t>05-09-26</w:t>
      </w:r>
    </w:p>
    <w:p w14:paraId="57F8B96F" w14:textId="77777777" w:rsidR="009851DE" w:rsidRDefault="00292537">
      <w:r>
        <w:t>Network Time Aired: Weekend Community Viewpoint Broadcast</w:t>
      </w:r>
    </w:p>
    <w:p w14:paraId="7BEEAC84" w14:textId="77777777" w:rsidR="009851DE" w:rsidRDefault="00292537">
      <w:r>
        <w:t>Content Duration: ~28 minutes</w:t>
      </w:r>
    </w:p>
    <w:p w14:paraId="0E5D31F4" w14:textId="77777777" w:rsidR="009851DE" w:rsidRDefault="00292537">
      <w:r>
        <w:rPr>
          <w:b/>
        </w:rPr>
        <w:lastRenderedPageBreak/>
        <w:t>Content:</w:t>
      </w:r>
      <w:r>
        <w:rPr>
          <w:b/>
        </w:rPr>
        <w:br/>
      </w:r>
      <w:r>
        <w:t>Apprenticeships Build Montana Workforce — Labor Commissioner Sarah Swanson discussed apprenticeship growth and skilled trades opportunities.</w:t>
      </w:r>
    </w:p>
    <w:p w14:paraId="285203A2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Education, Workforce Development, Skilled Trades</w:t>
      </w:r>
    </w:p>
    <w:p w14:paraId="6D6214D9" w14:textId="77777777" w:rsidR="009851DE" w:rsidRDefault="009851DE"/>
    <w:p w14:paraId="66C6AF1B" w14:textId="77777777" w:rsidR="009851DE" w:rsidRDefault="00292537">
      <w:r>
        <w:rPr>
          <w:b/>
        </w:rPr>
        <w:t xml:space="preserve">Date Aired: </w:t>
      </w:r>
      <w:r>
        <w:t>05-16-26</w:t>
      </w:r>
    </w:p>
    <w:p w14:paraId="6F389CC3" w14:textId="77777777" w:rsidR="009851DE" w:rsidRDefault="00292537">
      <w:r>
        <w:t>Network Time Aired: Weekend Community Viewpoint Broadcast</w:t>
      </w:r>
    </w:p>
    <w:p w14:paraId="69E2CBA4" w14:textId="77777777" w:rsidR="009851DE" w:rsidRDefault="00292537">
      <w:r>
        <w:t>Content Duration: ~28 minutes</w:t>
      </w:r>
    </w:p>
    <w:p w14:paraId="3CAB3483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Attorney General Addresses Public Safety — Discussion covered drug enforcement, firearms policy, and investigations affecting Montanans.</w:t>
      </w:r>
    </w:p>
    <w:p w14:paraId="0F0A4894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Law Enforcement, Public Safety, Government</w:t>
      </w:r>
    </w:p>
    <w:p w14:paraId="188F1814" w14:textId="77777777" w:rsidR="009851DE" w:rsidRDefault="009851DE"/>
    <w:p w14:paraId="449B8797" w14:textId="77777777" w:rsidR="009851DE" w:rsidRDefault="00292537">
      <w:r>
        <w:rPr>
          <w:b/>
        </w:rPr>
        <w:t xml:space="preserve">Date Aired: </w:t>
      </w:r>
      <w:r>
        <w:t>05-23-26</w:t>
      </w:r>
    </w:p>
    <w:p w14:paraId="1DAD7AE8" w14:textId="77777777" w:rsidR="009851DE" w:rsidRDefault="00292537">
      <w:r>
        <w:t>Network Time Aired: Weekend Community Viewpoint Broadcast</w:t>
      </w:r>
    </w:p>
    <w:p w14:paraId="2350E1F6" w14:textId="77777777" w:rsidR="009851DE" w:rsidRDefault="00292537">
      <w:r>
        <w:t>Content Duration: ~28 minutes</w:t>
      </w:r>
    </w:p>
    <w:p w14:paraId="70F95F60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Protecting Montana Consumers — State Auditor James Brown discussed insurance oversight and elder abuse awareness.</w:t>
      </w:r>
    </w:p>
    <w:p w14:paraId="29CCCAE1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Consumer Protection, Insurance, Public Awareness</w:t>
      </w:r>
    </w:p>
    <w:p w14:paraId="308FEDE2" w14:textId="77777777" w:rsidR="009851DE" w:rsidRDefault="009851DE"/>
    <w:p w14:paraId="1CA5D045" w14:textId="77777777" w:rsidR="009851DE" w:rsidRDefault="00292537">
      <w:r>
        <w:rPr>
          <w:b/>
        </w:rPr>
        <w:t xml:space="preserve">Date Aired: </w:t>
      </w:r>
      <w:r>
        <w:t>05-30-26</w:t>
      </w:r>
    </w:p>
    <w:p w14:paraId="2033A064" w14:textId="77777777" w:rsidR="009851DE" w:rsidRDefault="00292537">
      <w:r>
        <w:t>Network Time Aired: Weekend Community Viewpoint Broadcast</w:t>
      </w:r>
    </w:p>
    <w:p w14:paraId="779CCE14" w14:textId="77777777" w:rsidR="009851DE" w:rsidRDefault="00292537">
      <w:r>
        <w:t>Content Duration: ~28 minutes</w:t>
      </w:r>
    </w:p>
    <w:p w14:paraId="559AC67B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Airport Growth and Montana Economy — Missoula Airport leaders discussed travel trends and economic impacts.</w:t>
      </w:r>
    </w:p>
    <w:p w14:paraId="2DBD4835" w14:textId="77777777" w:rsidR="009851DE" w:rsidRDefault="00292537">
      <w:r>
        <w:rPr>
          <w:b/>
        </w:rPr>
        <w:lastRenderedPageBreak/>
        <w:t>Issues Covered:</w:t>
      </w:r>
      <w:r>
        <w:rPr>
          <w:b/>
        </w:rPr>
        <w:br/>
      </w:r>
      <w:r>
        <w:t>Transportation, Economic Development, Tourism</w:t>
      </w:r>
    </w:p>
    <w:p w14:paraId="5187E5D4" w14:textId="77777777" w:rsidR="009851DE" w:rsidRDefault="009851DE"/>
    <w:p w14:paraId="6588E848" w14:textId="77777777" w:rsidR="009851DE" w:rsidRDefault="00292537">
      <w:r>
        <w:rPr>
          <w:b/>
        </w:rPr>
        <w:t xml:space="preserve">Date Aired: </w:t>
      </w:r>
      <w:r>
        <w:t>06-06-26</w:t>
      </w:r>
    </w:p>
    <w:p w14:paraId="5043EC12" w14:textId="77777777" w:rsidR="009851DE" w:rsidRDefault="00292537">
      <w:r>
        <w:t>Network Time Aired: Weekend Community Viewpoint Broadcast</w:t>
      </w:r>
    </w:p>
    <w:p w14:paraId="58C4472E" w14:textId="77777777" w:rsidR="009851DE" w:rsidRDefault="00292537">
      <w:r>
        <w:t>Content Duration: ~28 minutes</w:t>
      </w:r>
    </w:p>
    <w:p w14:paraId="7CEB84FA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Addressing Veteran Homelessness — City officials discussed Built for Zero and efforts to reduce veteran homelessness.</w:t>
      </w:r>
    </w:p>
    <w:p w14:paraId="72595FC8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Affordable Housing, Veterans Services, Community Development</w:t>
      </w:r>
    </w:p>
    <w:p w14:paraId="69BC6A53" w14:textId="77777777" w:rsidR="009851DE" w:rsidRDefault="009851DE"/>
    <w:p w14:paraId="7C47D6ED" w14:textId="77777777" w:rsidR="009851DE" w:rsidRDefault="00292537">
      <w:r>
        <w:rPr>
          <w:b/>
        </w:rPr>
        <w:t xml:space="preserve">Date Aired: </w:t>
      </w:r>
      <w:r>
        <w:t>06-13-26</w:t>
      </w:r>
    </w:p>
    <w:p w14:paraId="6B0D4E10" w14:textId="77777777" w:rsidR="009851DE" w:rsidRDefault="00292537">
      <w:r>
        <w:t>Network Time Aired: Weekend Community Viewpoint Broadcast</w:t>
      </w:r>
    </w:p>
    <w:p w14:paraId="7878A156" w14:textId="77777777" w:rsidR="009851DE" w:rsidRDefault="00292537">
      <w:r>
        <w:t>Content Duration: ~28 minutes</w:t>
      </w:r>
    </w:p>
    <w:p w14:paraId="46D2653D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Crime Prevention Research — Dr. John Lott discussed research regarding firearms laws, crime, and public safety.</w:t>
      </w:r>
    </w:p>
    <w:p w14:paraId="1082BEE3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Law Enforcement, Public Safety, Education</w:t>
      </w:r>
    </w:p>
    <w:p w14:paraId="02E1C942" w14:textId="77777777" w:rsidR="009851DE" w:rsidRDefault="009851DE"/>
    <w:p w14:paraId="2AF2A4B2" w14:textId="77777777" w:rsidR="009851DE" w:rsidRDefault="00292537">
      <w:r>
        <w:rPr>
          <w:b/>
        </w:rPr>
        <w:t xml:space="preserve">Date Aired: </w:t>
      </w:r>
      <w:r>
        <w:t>06-20-26</w:t>
      </w:r>
    </w:p>
    <w:p w14:paraId="39A51197" w14:textId="77777777" w:rsidR="009851DE" w:rsidRDefault="00292537">
      <w:r>
        <w:t>Network Time Aired: Weekend Community Viewpoint Broadcast</w:t>
      </w:r>
    </w:p>
    <w:p w14:paraId="0CA09EEE" w14:textId="77777777" w:rsidR="009851DE" w:rsidRDefault="00292537">
      <w:r>
        <w:t>Content Duration: ~28 minutes</w:t>
      </w:r>
    </w:p>
    <w:p w14:paraId="08FDD879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Education Year in Review — Superintendent Susie Hedalen reviewed the school year and youth programs.</w:t>
      </w:r>
    </w:p>
    <w:p w14:paraId="0D663C6D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Education, Youth Services, Public Policy</w:t>
      </w:r>
    </w:p>
    <w:p w14:paraId="2628EA5B" w14:textId="77777777" w:rsidR="009851DE" w:rsidRDefault="009851DE"/>
    <w:p w14:paraId="0AB366D9" w14:textId="77777777" w:rsidR="009851DE" w:rsidRDefault="00292537">
      <w:r>
        <w:rPr>
          <w:b/>
        </w:rPr>
        <w:lastRenderedPageBreak/>
        <w:t xml:space="preserve">Date Aired: </w:t>
      </w:r>
      <w:r>
        <w:t>06-27-26</w:t>
      </w:r>
    </w:p>
    <w:p w14:paraId="1F7D58BE" w14:textId="77777777" w:rsidR="009851DE" w:rsidRDefault="00292537">
      <w:r>
        <w:t>Network Time Aired: Weekend Community Viewpoint Broadcast</w:t>
      </w:r>
    </w:p>
    <w:p w14:paraId="26C2368F" w14:textId="77777777" w:rsidR="009851DE" w:rsidRDefault="00292537">
      <w:r>
        <w:t>Content Duration: ~28 minutes</w:t>
      </w:r>
    </w:p>
    <w:p w14:paraId="03B3D502" w14:textId="77777777" w:rsidR="009851DE" w:rsidRDefault="00292537">
      <w:r>
        <w:rPr>
          <w:b/>
        </w:rPr>
        <w:t>Content:</w:t>
      </w:r>
      <w:r>
        <w:rPr>
          <w:b/>
        </w:rPr>
        <w:br/>
      </w:r>
      <w:r>
        <w:t>Housing Challenges Across Montana — NeighborWorks Montana discussed housing affordability and community solutions.</w:t>
      </w:r>
    </w:p>
    <w:p w14:paraId="24FF6507" w14:textId="77777777" w:rsidR="009851DE" w:rsidRDefault="00292537">
      <w:r>
        <w:rPr>
          <w:b/>
        </w:rPr>
        <w:t>Issues Covered:</w:t>
      </w:r>
      <w:r>
        <w:rPr>
          <w:b/>
        </w:rPr>
        <w:br/>
      </w:r>
      <w:r>
        <w:t>Affordable Housing, Community Development, Economic Development</w:t>
      </w:r>
    </w:p>
    <w:p w14:paraId="74D372F7" w14:textId="77777777" w:rsidR="009851DE" w:rsidRDefault="009851DE"/>
    <w:sectPr w:rsidR="009851D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8188634">
    <w:abstractNumId w:val="8"/>
  </w:num>
  <w:num w:numId="2" w16cid:durableId="1022240584">
    <w:abstractNumId w:val="6"/>
  </w:num>
  <w:num w:numId="3" w16cid:durableId="1996300126">
    <w:abstractNumId w:val="5"/>
  </w:num>
  <w:num w:numId="4" w16cid:durableId="1337269943">
    <w:abstractNumId w:val="4"/>
  </w:num>
  <w:num w:numId="5" w16cid:durableId="432749878">
    <w:abstractNumId w:val="7"/>
  </w:num>
  <w:num w:numId="6" w16cid:durableId="1042169436">
    <w:abstractNumId w:val="3"/>
  </w:num>
  <w:num w:numId="7" w16cid:durableId="1188955411">
    <w:abstractNumId w:val="2"/>
  </w:num>
  <w:num w:numId="8" w16cid:durableId="2005086199">
    <w:abstractNumId w:val="1"/>
  </w:num>
  <w:num w:numId="9" w16cid:durableId="181721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2537"/>
    <w:rsid w:val="0029639D"/>
    <w:rsid w:val="00326F90"/>
    <w:rsid w:val="00826618"/>
    <w:rsid w:val="009851D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E5563E"/>
  <w14:defaultImageDpi w14:val="300"/>
  <w15:docId w15:val="{979C494F-F343-4EAF-846F-91C54748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Randy Gerringa</cp:lastModifiedBy>
  <cp:revision>2</cp:revision>
  <dcterms:created xsi:type="dcterms:W3CDTF">2026-07-09T19:11:00Z</dcterms:created>
  <dcterms:modified xsi:type="dcterms:W3CDTF">2026-07-09T19:11:00Z</dcterms:modified>
  <cp:category/>
</cp:coreProperties>
</file>